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"עוד חוזר הניגון" - נתן אלתרמן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השיר, מבנהו ודמויותיו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בשיר ולהבין 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במוטיבים המרכזיים: ההלך, הניגון החוזר והטבע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אל עובר אורח, הלך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"כוכבים בחוץ" (1938)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שההלך ליטף אותן והמשיך ללכת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משקל משולש סדיר (אנפסטי)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המשפט ממשיך משורה קטועה בין הבתים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ההלך עני, ידיו ריקות ועירו רחוקה, אך חייו מלאים בהתפעלות מהיופי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הדובר פונה כל הזמן אל ההלך בגוף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"עוד חוזר" (הווה), "תקום" (עתיד) ו"ליטפת" (עבר)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הטבע מחכה להלך, מצפה לו ומעיד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מוסבר בפירוש לשיר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ההלך תמיד באמצע הדרך, שלא מסתיימת בשיר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כוכבים בחוץ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פנימית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כבשה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התפעלות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(האנשה)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(חריזה פנימית)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(מטפורה (סמל))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(שיבוץ מקראי)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(שורה קטועה בין בתים)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ההלך נודד בלי רכוש, נוגע ביופי העולם וממשיך הלאה - כמו אמן שתפקידו לחוות ולבטא יופי, לא לצבור רכוש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גם מה שהאדם חשב שאיבד או זנח, כמו שירה או ייעוד, עדיין חוזר אליו ולא נעלם לגמרי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יביע עמדה מנומקת, יתייחס לרעיון העושר הרוחני מול החומרי בשיר, ויתן דוגמה אישית או מהשיר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הנמען הוא עובר אורח/הלך נודד בלי רכוש ובלי 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הענן והעץ "מצפים" להלך - יוצר עולם חי שמחכה לאדם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הניגון מסמל שירה, אמנות או ייעוד שחוזר גם אם זנחנו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 בקול רם לפני התרגול כדי להרגיש את המוזיקליות והמשקל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השורה הקטועה בין בתים ב' ו-ג' כדוגמה למבנה מיוחד שמשרת את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לדיון בשאלה: מה אומר השיר על מהות האמנות והיצירה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"עוד חוזר הניגון" - נתן אלתרמן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"עוד חוזר הניגון" פותח את ספרו הראשון של נתן אלתרמן "כוכבים בחוץ" (1938). השיר פונה אל ההלך, עובר האורח, ומבטיח לו שהניגון והדרך עדיין מחכים לו.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אל מי פונה הדובר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 אהובתו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 עובר אורח, הלך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 עירו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 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ספר הופיע השיר לראשונה?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"טבעות עשן"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"שירת רחל"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"כל השירים"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"כוכבים בחוץ" (1938)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מעידות הכבשה והאיילת?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שההלך צד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שההלך חזר לעירו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שההלך ליטף אותן והמשיך ללכת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שההלך בנה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בתים יש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מאפיין את משקל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משקל חופשי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משקל משולש סדיר (אנפסטי)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משקל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משקל משתנה בכל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בסוף הבית השני ותחילת הבית השלישי?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השיר מסתיים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חזרה על אותו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המשפט ממשיך משורה קטועה בין הבתים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הדובר מתחלף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ההלך בשיר הוא אדם עשיר עם הרבה רכוש.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כתוב כולו בגוף שני, פנייה אל "אתה".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בשיר נע בין הווה, עתיד ועבר.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הטבע בשיר אדיש לחלוטין להלך ואינו מגיב אליו.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מבקרים קראו את ההלך כדמות המשוררת או האמן.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ההלך בשיר מסיים את דרכו ומגיע ליעד סופי.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השיר פותח את ספרו הראשון של אלתרמן,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הדובר פונה אל ההלך בכינוי __________ אורח.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הניגון בשיר הוא סמל ל__________ או לייעוד.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בטור "וענן בשמיו ואילן בגשמיו" יש חריזה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והאיילת מעידות שההלך ליטף אותן והמשיך ללכת.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העושר האמיתי של ההלך הוא __________ מהיופי ולא רכוש.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הענן והעץ "מצפים" להלך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שיבוץ מקראי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"וענן בשמיו ואילן בגשמיו"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האנשה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"עוד חוזר הניגון שזנחת לשווא"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חריזה פנימית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"ולא פעם סגדת אפיים"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שורה קטועה בין בתים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המשפט נמשך מבית לבית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מטפורה (סמל)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אפשר לפרש את ההלך בשיר כדמות המשורר עצמו?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משמעות הביטוי "עוד חוזר הניגון שזנחת לשווא"?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בשיר נאמר שעושרו של ההלך אינו ברכוש אלא בחוויה וביופי. כתבו כמה משפטים: האם אתם מסכימים שעושר אמיתי הוא חוויה ולא רכוש?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מיהו הנמען בשיר ומה מאפיין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להאנשה בשיר והסבירו את תפקידה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המשמעות הסמלית של "הניגון"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"עוד חוזר הניגון" - נתן אלתרמן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